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8"/>
          <w:rtl w:val="1"/>
          <w:bCs/>
          <w:szCs w:val="48"/>
        </w:rPr>
        <w:t>מבחן: נאורות, אמנציפציה, מהפכה תעשייתית והשכלה – גרסה מותאמת (חנ״מ)</w:t>
      </w:r>
    </w:p>
    <w:p>
      <w:pPr>
        <w:bidi w:val="1"/>
        <w:jc w:val="right"/>
      </w:pPr>
      <w:r>
        <w:rPr>
          <w:rFonts w:cs="Arial" w:ascii="Arial" w:hAnsi="Arial"/>
          <w:color w:val="5A4632"/>
          <w:sz w:val="30"/>
          <w:rtl w:val="1"/>
          <w:szCs w:val="30"/>
        </w:rPr>
        <w:t>גרסה מותאמת (חנ״מ) · שאלות קצרות, בנק מילים ומשפטי פתיחה · 90 דקות</w:t>
      </w:r>
    </w:p>
    <w:p>
      <w:pPr>
        <w:bidi w:val="1"/>
        <w:jc w:val="right"/>
      </w:pPr>
      <w:r>
        <w:rPr>
          <w:rFonts w:cs="Arial" w:ascii="Arial" w:hAnsi="Arial"/>
          <w:color w:val="7B1E2B"/>
          <w:sz w:val="20"/>
          <w:rtl w:val="1"/>
          <w:szCs w:val="20"/>
        </w:rPr>
        <w:t>תלמיד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32"/>
          <w:rtl w:val="1"/>
          <w:bCs/>
          <w:szCs w:val="32"/>
        </w:rPr>
        <w:t>הוראות</w:t>
      </w:r>
    </w:p>
    <w:p>
      <w:pPr>
        <w:bidi w:val="1"/>
        <w:jc w:val="right"/>
      </w:pPr>
      <w:r>
        <w:rPr>
          <w:rFonts w:cs="Arial" w:ascii="Arial" w:hAnsi="Arial"/>
          <w:rtl w:val="1"/>
        </w:rPr>
        <w:t>• קראו כל שאלה לאט. אפשר לקרוא שוב.</w:t>
      </w:r>
    </w:p>
    <w:p>
      <w:pPr>
        <w:bidi w:val="1"/>
        <w:jc w:val="right"/>
      </w:pPr>
      <w:r>
        <w:rPr>
          <w:rFonts w:cs="Arial" w:ascii="Arial" w:hAnsi="Arial"/>
          <w:rtl w:val="1"/>
        </w:rPr>
        <w:t>• בכל שאלה בחירה יש 3 תשובות. הקיפו תשובה אחת.</w:t>
      </w:r>
    </w:p>
    <w:p>
      <w:pPr>
        <w:bidi w:val="1"/>
        <w:jc w:val="right"/>
      </w:pPr>
      <w:r>
        <w:rPr>
          <w:rFonts w:cs="Arial" w:ascii="Arial" w:hAnsi="Arial"/>
          <w:rtl w:val="1"/>
        </w:rPr>
        <w:t>• מותר להשתמש בבנק המילים שליד השאלה.</w:t>
      </w:r>
    </w:p>
    <w:p>
      <w:pPr>
        <w:bidi w:val="1"/>
        <w:jc w:val="right"/>
      </w:pPr>
      <w:r>
        <w:rPr>
          <w:rFonts w:cs="Arial" w:ascii="Arial" w:hAnsi="Arial"/>
          <w:rtl w:val="1"/>
        </w:rPr>
        <w:t>• בשאלות הפתוחות אפשר להתחיל במשפט הפתיחה שכתוב בשאלה.</w:t>
      </w:r>
    </w:p>
    <w:p>
      <w:pPr>
        <w:bidi w:val="1"/>
        <w:jc w:val="right"/>
      </w:pPr>
      <w:r>
        <w:rPr>
          <w:rFonts w:cs="Arial" w:ascii="Arial" w:hAnsi="Arial"/>
          <w:rtl w:val="1"/>
        </w:rPr>
        <w:t>• בחיבור בוחרים שאלה אחת בלבד. סך הכול: 100 נקודות. בהצלחה!</w:t>
      </w:r>
    </w:p>
    <w:p>
      <w:pPr>
        <w:pStyle w:val="Heading2"/>
        <w:bidi w:val="1"/>
        <w:jc w:val="right"/>
      </w:pPr>
      <w:r>
        <w:rPr>
          <w:rFonts w:cs="Arial" w:ascii="Arial" w:hAnsi="Arial"/>
          <w:b/>
          <w:color w:val="1F3B5A"/>
          <w:sz w:val="32"/>
          <w:rtl w:val="1"/>
          <w:bCs/>
          <w:szCs w:val="32"/>
        </w:rPr>
        <w:t>⏱️ תכנון זמן מומלץ</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שלב</w:t>
            </w:r>
          </w:p>
        </w:tc>
        <w:tc>
          <w:tcPr>
            <w:tcW w:type="dxa" w:w="5046"/>
          </w:tcPr>
          <w:p>
            <w:pPr>
              <w:bidi w:val="1"/>
              <w:jc w:val="right"/>
            </w:pPr>
            <w:r>
              <w:rPr>
                <w:rFonts w:cs="Arial" w:ascii="Arial" w:hAnsi="Arial"/>
                <w:b/>
                <w:rtl w:val="1"/>
                <w:bCs/>
              </w:rPr>
              <w:t>דקות</w:t>
            </w:r>
          </w:p>
        </w:tc>
      </w:tr>
      <w:tr>
        <w:tc>
          <w:tcPr>
            <w:tcW w:type="dxa" w:w="5046"/>
          </w:tcPr>
          <w:p>
            <w:pPr>
              <w:bidi w:val="1"/>
              <w:jc w:val="right"/>
            </w:pPr>
            <w:r>
              <w:rPr>
                <w:rFonts w:cs="Arial" w:ascii="Arial" w:hAnsi="Arial"/>
                <w:rtl w:val="1"/>
              </w:rPr>
              <w:t>חלק א׳ – בחירה, נכון/לא נכון והתאמת מושגים</w:t>
            </w:r>
          </w:p>
        </w:tc>
        <w:tc>
          <w:tcPr>
            <w:tcW w:type="dxa" w:w="5046"/>
          </w:tcPr>
          <w:p>
            <w:pPr>
              <w:bidi w:val="1"/>
              <w:jc w:val="right"/>
            </w:pPr>
            <w:r>
              <w:rPr>
                <w:rFonts w:cs="Arial" w:ascii="Arial" w:hAnsi="Arial"/>
                <w:rtl w:val="1"/>
              </w:rPr>
              <w:t>25</w:t>
            </w:r>
          </w:p>
        </w:tc>
      </w:tr>
      <w:tr>
        <w:tc>
          <w:tcPr>
            <w:tcW w:type="dxa" w:w="5046"/>
          </w:tcPr>
          <w:p>
            <w:pPr>
              <w:bidi w:val="1"/>
              <w:jc w:val="right"/>
            </w:pPr>
            <w:r>
              <w:rPr>
                <w:rFonts w:cs="Arial" w:ascii="Arial" w:hAnsi="Arial"/>
                <w:rtl w:val="1"/>
              </w:rPr>
              <w:t>חלק ב׳ – ציר זמן וקטע מקור</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ארבע שאלות קצרות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חלק ג׳ – חיבור מודרך (בחירה אחת)</w:t>
            </w:r>
          </w:p>
        </w:tc>
        <w:tc>
          <w:tcPr>
            <w:tcW w:type="dxa" w:w="5046"/>
          </w:tcPr>
          <w:p>
            <w:pPr>
              <w:bidi w:val="1"/>
              <w:jc w:val="right"/>
            </w:pPr>
            <w:r>
              <w:rPr>
                <w:rFonts w:cs="Arial" w:ascii="Arial" w:hAnsi="Arial"/>
                <w:rtl w:val="1"/>
              </w:rPr>
              <w:t>20</w:t>
            </w:r>
          </w:p>
        </w:tc>
      </w:tr>
      <w:tr>
        <w:tc>
          <w:tcPr>
            <w:tcW w:type="dxa" w:w="5046"/>
          </w:tcPr>
          <w:p>
            <w:pPr>
              <w:bidi w:val="1"/>
              <w:jc w:val="right"/>
            </w:pPr>
            <w:r>
              <w:rPr>
                <w:rFonts w:cs="Arial" w:ascii="Arial" w:hAnsi="Arial"/>
                <w:rtl w:val="1"/>
              </w:rPr>
              <w:t>בדיקה חוזרת</w:t>
            </w:r>
          </w:p>
        </w:tc>
        <w:tc>
          <w:tcPr>
            <w:tcW w:type="dxa" w:w="5046"/>
          </w:tcPr>
          <w:p>
            <w:pPr>
              <w:bidi w:val="1"/>
              <w:jc w:val="right"/>
            </w:pPr>
            <w:r>
              <w:rPr>
                <w:rFonts w:cs="Arial" w:ascii="Arial" w:hAnsi="Arial"/>
                <w:rtl w:val="1"/>
              </w:rPr>
              <w:t>5</w:t>
            </w:r>
          </w:p>
        </w:tc>
      </w:tr>
    </w:tbl>
    <w:p/>
    <w:p>
      <w:pPr>
        <w:pStyle w:val="Heading1"/>
        <w:bidi w:val="1"/>
        <w:jc w:val="right"/>
      </w:pPr>
      <w:r>
        <w:rPr>
          <w:rFonts w:cs="Arial" w:ascii="Arial" w:hAnsi="Arial"/>
          <w:b/>
          <w:color w:val="7B1E2B"/>
          <w:sz w:val="38"/>
          <w:rtl w:val="1"/>
          <w:bCs/>
          <w:szCs w:val="38"/>
        </w:rPr>
        <w:t>חלק א׳ – ידע ומושגים</w:t>
      </w:r>
    </w:p>
    <w:p>
      <w:pPr>
        <w:bidi w:val="1"/>
        <w:jc w:val="right"/>
      </w:pPr>
      <w:r>
        <w:rPr>
          <w:rFonts w:cs="Arial" w:ascii="Arial" w:hAnsi="Arial"/>
          <w:color w:val="5A4330"/>
          <w:rtl w:val="1"/>
        </w:rPr>
        <w:t>בחלק הזה 19 שאלות קצרות (41 נקודות).</w:t>
      </w:r>
    </w:p>
    <w:p>
      <w:pPr>
        <w:pStyle w:val="Heading2"/>
        <w:bidi w:val="1"/>
        <w:jc w:val="right"/>
      </w:pPr>
      <w:r>
        <w:rPr>
          <w:rFonts w:cs="Arial" w:ascii="Arial" w:hAnsi="Arial"/>
          <w:b/>
          <w:color w:val="1F3B5A"/>
          <w:sz w:val="32"/>
          <w:rtl w:val="1"/>
          <w:bCs/>
          <w:szCs w:val="32"/>
        </w:rPr>
        <w:t>שאלות בחירה (27 נק׳)</w:t>
      </w:r>
    </w:p>
    <w:p>
      <w:pPr>
        <w:bidi w:val="1"/>
        <w:jc w:val="right"/>
      </w:pPr>
      <w:r>
        <w:rPr>
          <w:rFonts w:cs="Arial" w:ascii="Arial" w:hAnsi="Arial"/>
          <w:color w:val="5A4330"/>
          <w:rtl w:val="1"/>
        </w:rPr>
        <w:t>הקיפו את התשובה הנכונה (3 נקודות לכל שאלה).</w:t>
      </w:r>
    </w:p>
    <w:p>
      <w:pPr>
        <w:bidi w:val="1"/>
        <w:jc w:val="right"/>
      </w:pPr>
      <w:r>
        <w:rPr>
          <w:rFonts w:cs="Arial" w:ascii="Arial" w:hAnsi="Arial"/>
          <w:b/>
          <w:rtl w:val="1"/>
          <w:bCs/>
        </w:rPr>
        <w:t>1. מה חשבו הוגי הנאורות? (3 נק׳)</w:t>
      </w:r>
    </w:p>
    <w:p>
      <w:pPr>
        <w:bidi w:val="1"/>
        <w:jc w:val="right"/>
      </w:pPr>
      <w:r>
        <w:rPr>
          <w:rFonts w:cs="Arial" w:ascii="Arial" w:hAnsi="Arial"/>
          <w:rtl w:val="1"/>
        </w:rPr>
        <w:t>◯ א. שאסור לשאול שאלות</w:t>
      </w:r>
    </w:p>
    <w:p>
      <w:pPr>
        <w:bidi w:val="1"/>
        <w:jc w:val="right"/>
      </w:pPr>
      <w:r>
        <w:rPr>
          <w:rFonts w:cs="Arial" w:ascii="Arial" w:hAnsi="Arial"/>
          <w:rtl w:val="1"/>
        </w:rPr>
        <w:t>◯ ב. שהשכל של האדם יכול לשפר את העולם</w:t>
      </w:r>
    </w:p>
    <w:p>
      <w:pPr>
        <w:bidi w:val="1"/>
        <w:jc w:val="right"/>
      </w:pPr>
      <w:r>
        <w:rPr>
          <w:rFonts w:cs="Arial" w:ascii="Arial" w:hAnsi="Arial"/>
          <w:rtl w:val="1"/>
        </w:rPr>
        <w:t>◯ ג. שרק המלך יודע מה נכון</w:t>
      </w:r>
    </w:p>
    <w:p>
      <w:pPr>
        <w:bidi w:val="1"/>
        <w:jc w:val="right"/>
      </w:pPr>
      <w:r>
        <w:rPr>
          <w:rFonts w:cs="Arial" w:ascii="Arial" w:hAnsi="Arial"/>
          <w:b/>
          <w:rtl w:val="1"/>
          <w:bCs/>
        </w:rPr>
        <w:t>2. מה הציע מונטסקייה? (3 נק׳)</w:t>
      </w:r>
    </w:p>
    <w:p>
      <w:pPr>
        <w:bidi w:val="1"/>
        <w:jc w:val="right"/>
      </w:pPr>
      <w:r>
        <w:rPr>
          <w:rFonts w:cs="Arial" w:ascii="Arial" w:hAnsi="Arial"/>
          <w:rtl w:val="1"/>
        </w:rPr>
        <w:t>◯ א. לתת את כל הכוח למלך</w:t>
      </w:r>
    </w:p>
    <w:p>
      <w:pPr>
        <w:bidi w:val="1"/>
        <w:jc w:val="right"/>
      </w:pPr>
      <w:r>
        <w:rPr>
          <w:rFonts w:cs="Arial" w:ascii="Arial" w:hAnsi="Arial"/>
          <w:rtl w:val="1"/>
        </w:rPr>
        <w:t>◯ ב. להפריד בין שלוש רשויות השלטון</w:t>
      </w:r>
    </w:p>
    <w:p>
      <w:pPr>
        <w:bidi w:val="1"/>
        <w:jc w:val="right"/>
      </w:pPr>
      <w:r>
        <w:rPr>
          <w:rFonts w:cs="Arial" w:ascii="Arial" w:hAnsi="Arial"/>
          <w:rtl w:val="1"/>
        </w:rPr>
        <w:t>◯ ג. לבטל את כל החוקים</w:t>
      </w:r>
    </w:p>
    <w:p>
      <w:pPr>
        <w:bidi w:val="1"/>
        <w:jc w:val="right"/>
      </w:pPr>
      <w:r>
        <w:rPr>
          <w:rFonts w:cs="Arial" w:ascii="Arial" w:hAnsi="Arial"/>
          <w:b/>
          <w:rtl w:val="1"/>
          <w:bCs/>
        </w:rPr>
        <w:t>3. מה הן "זכויות טבעיות"? (3 נק׳)</w:t>
      </w:r>
    </w:p>
    <w:p>
      <w:pPr>
        <w:bidi w:val="1"/>
        <w:jc w:val="right"/>
      </w:pPr>
      <w:r>
        <w:rPr>
          <w:rFonts w:cs="Arial" w:ascii="Arial" w:hAnsi="Arial"/>
          <w:rtl w:val="1"/>
        </w:rPr>
        <w:t>◯ א. זכויות רק לעשירים</w:t>
      </w:r>
    </w:p>
    <w:p>
      <w:pPr>
        <w:bidi w:val="1"/>
        <w:jc w:val="right"/>
      </w:pPr>
      <w:r>
        <w:rPr>
          <w:rFonts w:cs="Arial" w:ascii="Arial" w:hAnsi="Arial"/>
          <w:rtl w:val="1"/>
        </w:rPr>
        <w:t>◯ ב. זכויות שכל אדם נולד איתן</w:t>
      </w:r>
    </w:p>
    <w:p>
      <w:pPr>
        <w:bidi w:val="1"/>
        <w:jc w:val="right"/>
      </w:pPr>
      <w:r>
        <w:rPr>
          <w:rFonts w:cs="Arial" w:ascii="Arial" w:hAnsi="Arial"/>
          <w:rtl w:val="1"/>
        </w:rPr>
        <w:t>◯ ג. זכויות רק למלכים</w:t>
      </w:r>
    </w:p>
    <w:p>
      <w:pPr>
        <w:bidi w:val="1"/>
        <w:jc w:val="right"/>
      </w:pPr>
      <w:r>
        <w:rPr>
          <w:rFonts w:cs="Arial" w:ascii="Arial" w:hAnsi="Arial"/>
          <w:b/>
          <w:rtl w:val="1"/>
          <w:bCs/>
        </w:rPr>
        <w:t>4. מה פירוש המילה "אמנציפציה"? (3 נק׳)</w:t>
      </w:r>
    </w:p>
    <w:p>
      <w:pPr>
        <w:bidi w:val="1"/>
        <w:jc w:val="right"/>
      </w:pPr>
      <w:r>
        <w:rPr>
          <w:rFonts w:cs="Arial" w:ascii="Arial" w:hAnsi="Arial"/>
          <w:rtl w:val="1"/>
        </w:rPr>
        <w:t>◯ א. מלחמה</w:t>
      </w:r>
    </w:p>
    <w:p>
      <w:pPr>
        <w:bidi w:val="1"/>
        <w:jc w:val="right"/>
      </w:pPr>
      <w:r>
        <w:rPr>
          <w:rFonts w:cs="Arial" w:ascii="Arial" w:hAnsi="Arial"/>
          <w:rtl w:val="1"/>
        </w:rPr>
        <w:t>◯ ב. שוויון זכויות</w:t>
      </w:r>
    </w:p>
    <w:p>
      <w:pPr>
        <w:bidi w:val="1"/>
        <w:jc w:val="right"/>
      </w:pPr>
      <w:r>
        <w:rPr>
          <w:rFonts w:cs="Arial" w:ascii="Arial" w:hAnsi="Arial"/>
          <w:rtl w:val="1"/>
        </w:rPr>
        <w:t>◯ ג. מסחר</w:t>
      </w:r>
    </w:p>
    <w:p>
      <w:pPr>
        <w:bidi w:val="1"/>
        <w:jc w:val="right"/>
      </w:pPr>
      <w:r>
        <w:rPr>
          <w:rFonts w:cs="Arial" w:ascii="Arial" w:hAnsi="Arial"/>
          <w:b/>
          <w:rtl w:val="1"/>
          <w:bCs/>
        </w:rPr>
        <w:t>5. איפה קיבלו היהודים שוויון זכויות לראשונה באירופה (1791)? (3 נק׳)</w:t>
      </w:r>
    </w:p>
    <w:p>
      <w:pPr>
        <w:bidi w:val="1"/>
        <w:jc w:val="right"/>
      </w:pPr>
      <w:r>
        <w:rPr>
          <w:rFonts w:cs="Arial" w:ascii="Arial" w:hAnsi="Arial"/>
          <w:rtl w:val="1"/>
        </w:rPr>
        <w:t>◯ א. ברוסיה</w:t>
      </w:r>
    </w:p>
    <w:p>
      <w:pPr>
        <w:bidi w:val="1"/>
        <w:jc w:val="right"/>
      </w:pPr>
      <w:r>
        <w:rPr>
          <w:rFonts w:cs="Arial" w:ascii="Arial" w:hAnsi="Arial"/>
          <w:rtl w:val="1"/>
        </w:rPr>
        <w:t>◯ ב. בצרפת</w:t>
      </w:r>
    </w:p>
    <w:p>
      <w:pPr>
        <w:bidi w:val="1"/>
        <w:jc w:val="right"/>
      </w:pPr>
      <w:r>
        <w:rPr>
          <w:rFonts w:cs="Arial" w:ascii="Arial" w:hAnsi="Arial"/>
          <w:rtl w:val="1"/>
        </w:rPr>
        <w:t>◯ ג. באנגליה</w:t>
      </w:r>
    </w:p>
    <w:p>
      <w:pPr>
        <w:bidi w:val="1"/>
        <w:jc w:val="right"/>
      </w:pPr>
      <w:r>
        <w:rPr>
          <w:rFonts w:cs="Arial" w:ascii="Arial" w:hAnsi="Arial"/>
          <w:b/>
          <w:rtl w:val="1"/>
          <w:bCs/>
        </w:rPr>
        <w:t>6. מה ביקשו מהיהודים בתמורה לשוויון זכויות? (3 נק׳)</w:t>
      </w:r>
    </w:p>
    <w:p>
      <w:pPr>
        <w:bidi w:val="1"/>
        <w:jc w:val="right"/>
      </w:pPr>
      <w:r>
        <w:rPr>
          <w:rFonts w:cs="Arial" w:ascii="Arial" w:hAnsi="Arial"/>
          <w:rtl w:val="1"/>
        </w:rPr>
        <w:t>◯ א. לעזוב את המדינה</w:t>
      </w:r>
    </w:p>
    <w:p>
      <w:pPr>
        <w:bidi w:val="1"/>
        <w:jc w:val="right"/>
      </w:pPr>
      <w:r>
        <w:rPr>
          <w:rFonts w:cs="Arial" w:ascii="Arial" w:hAnsi="Arial"/>
          <w:rtl w:val="1"/>
        </w:rPr>
        <w:t>◯ ב. להיות אזרחים נאמנים ולוותר על חוקים נפרדים של הקהילה</w:t>
      </w:r>
    </w:p>
    <w:p>
      <w:pPr>
        <w:bidi w:val="1"/>
        <w:jc w:val="right"/>
      </w:pPr>
      <w:r>
        <w:rPr>
          <w:rFonts w:cs="Arial" w:ascii="Arial" w:hAnsi="Arial"/>
          <w:rtl w:val="1"/>
        </w:rPr>
        <w:t>◯ ג. לשלם מס גבוה במיוחד</w:t>
      </w:r>
    </w:p>
    <w:p>
      <w:pPr>
        <w:bidi w:val="1"/>
        <w:jc w:val="right"/>
      </w:pPr>
      <w:r>
        <w:rPr>
          <w:rFonts w:cs="Arial" w:ascii="Arial" w:hAnsi="Arial"/>
          <w:b/>
          <w:rtl w:val="1"/>
          <w:bCs/>
        </w:rPr>
        <w:t>7. איפה התחילה המהפכה התעשייתית? (3 נק׳)</w:t>
      </w:r>
    </w:p>
    <w:p>
      <w:pPr>
        <w:bidi w:val="1"/>
        <w:jc w:val="right"/>
      </w:pPr>
      <w:r>
        <w:rPr>
          <w:rFonts w:cs="Arial" w:ascii="Arial" w:hAnsi="Arial"/>
          <w:rtl w:val="1"/>
        </w:rPr>
        <w:t>◯ א. בסין</w:t>
      </w:r>
    </w:p>
    <w:p>
      <w:pPr>
        <w:bidi w:val="1"/>
        <w:jc w:val="right"/>
      </w:pPr>
      <w:r>
        <w:rPr>
          <w:rFonts w:cs="Arial" w:ascii="Arial" w:hAnsi="Arial"/>
          <w:rtl w:val="1"/>
        </w:rPr>
        <w:t>◯ ב. בבריטניה</w:t>
      </w:r>
    </w:p>
    <w:p>
      <w:pPr>
        <w:bidi w:val="1"/>
        <w:jc w:val="right"/>
      </w:pPr>
      <w:r>
        <w:rPr>
          <w:rFonts w:cs="Arial" w:ascii="Arial" w:hAnsi="Arial"/>
          <w:rtl w:val="1"/>
        </w:rPr>
        <w:t>◯ ג. בארץ ישראל</w:t>
      </w:r>
    </w:p>
    <w:p>
      <w:pPr>
        <w:bidi w:val="1"/>
        <w:jc w:val="right"/>
      </w:pPr>
      <w:r>
        <w:rPr>
          <w:rFonts w:cs="Arial" w:ascii="Arial" w:hAnsi="Arial"/>
          <w:b/>
          <w:rtl w:val="1"/>
          <w:bCs/>
        </w:rPr>
        <w:t>8. איזו מכונה הפעילה מפעלים ורכבות? (3 נק׳)</w:t>
      </w:r>
    </w:p>
    <w:p>
      <w:pPr>
        <w:bidi w:val="1"/>
        <w:jc w:val="right"/>
      </w:pPr>
      <w:r>
        <w:rPr>
          <w:rFonts w:cs="Arial" w:ascii="Arial" w:hAnsi="Arial"/>
          <w:rtl w:val="1"/>
        </w:rPr>
        <w:t>◯ א. מחשב</w:t>
      </w:r>
    </w:p>
    <w:p>
      <w:pPr>
        <w:bidi w:val="1"/>
        <w:jc w:val="right"/>
      </w:pPr>
      <w:r>
        <w:rPr>
          <w:rFonts w:cs="Arial" w:ascii="Arial" w:hAnsi="Arial"/>
          <w:rtl w:val="1"/>
        </w:rPr>
        <w:t>◯ ב. מנוע הקיטור</w:t>
      </w:r>
    </w:p>
    <w:p>
      <w:pPr>
        <w:bidi w:val="1"/>
        <w:jc w:val="right"/>
      </w:pPr>
      <w:r>
        <w:rPr>
          <w:rFonts w:cs="Arial" w:ascii="Arial" w:hAnsi="Arial"/>
          <w:rtl w:val="1"/>
        </w:rPr>
        <w:t>◯ ג. טלפון</w:t>
      </w:r>
    </w:p>
    <w:p>
      <w:pPr>
        <w:bidi w:val="1"/>
        <w:jc w:val="right"/>
      </w:pPr>
      <w:r>
        <w:rPr>
          <w:rFonts w:cs="Arial" w:ascii="Arial" w:hAnsi="Arial"/>
          <w:b/>
          <w:rtl w:val="1"/>
          <w:bCs/>
        </w:rPr>
        <w:t>9. מי היה "אבי ההשכלה" היהודית? (3 נק׳)</w:t>
      </w:r>
    </w:p>
    <w:p>
      <w:pPr>
        <w:bidi w:val="1"/>
        <w:jc w:val="right"/>
      </w:pPr>
      <w:r>
        <w:rPr>
          <w:rFonts w:cs="Arial" w:ascii="Arial" w:hAnsi="Arial"/>
          <w:rtl w:val="1"/>
        </w:rPr>
        <w:t>◯ א. נפוליאון</w:t>
      </w:r>
    </w:p>
    <w:p>
      <w:pPr>
        <w:bidi w:val="1"/>
        <w:jc w:val="right"/>
      </w:pPr>
      <w:r>
        <w:rPr>
          <w:rFonts w:cs="Arial" w:ascii="Arial" w:hAnsi="Arial"/>
          <w:rtl w:val="1"/>
        </w:rPr>
        <w:t>◯ ב. משה מנדלסון</w:t>
      </w:r>
    </w:p>
    <w:p>
      <w:pPr>
        <w:bidi w:val="1"/>
        <w:jc w:val="right"/>
      </w:pPr>
      <w:r>
        <w:rPr>
          <w:rFonts w:cs="Arial" w:ascii="Arial" w:hAnsi="Arial"/>
          <w:rtl w:val="1"/>
        </w:rPr>
        <w:t>◯ ג. ג'יימס וואט</w:t>
      </w:r>
    </w:p>
    <w:p>
      <w:pPr>
        <w:pStyle w:val="Heading2"/>
        <w:bidi w:val="1"/>
        <w:jc w:val="right"/>
      </w:pPr>
      <w:r>
        <w:rPr>
          <w:rFonts w:cs="Arial" w:ascii="Arial" w:hAnsi="Arial"/>
          <w:b/>
          <w:color w:val="1F3B5A"/>
          <w:sz w:val="32"/>
          <w:rtl w:val="1"/>
          <w:bCs/>
          <w:szCs w:val="32"/>
        </w:rPr>
        <w:t>נכון או לא נכון (8 נק׳)</w:t>
      </w:r>
    </w:p>
    <w:p>
      <w:pPr>
        <w:bidi w:val="1"/>
        <w:jc w:val="right"/>
      </w:pPr>
      <w:r>
        <w:rPr>
          <w:rFonts w:cs="Arial" w:ascii="Arial" w:hAnsi="Arial"/>
          <w:color w:val="5A4330"/>
          <w:rtl w:val="1"/>
        </w:rPr>
        <w:t>סמנו נכון או לא נכון. אם לא נכון – כתבו את המשפט הנכון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עמנואל קאנט כתב: "העזו לדעת!"</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בעקבות המהפכה התעשייתית אנשים רבים עברו מהעיר לכפר.</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נפוליאון כינס את הסנהדרין הגדולה בשנת 1807.</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המשכילים רצו שיהודים ילמדו רק לימודי קודש.</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32"/>
          <w:rtl w:val="1"/>
          <w:bCs/>
          <w:szCs w:val="32"/>
        </w:rPr>
        <w:t>התאמת מושגים (6 נק׳)</w:t>
      </w:r>
    </w:p>
    <w:p>
      <w:pPr>
        <w:bidi w:val="1"/>
        <w:jc w:val="right"/>
      </w:pPr>
      <w:r>
        <w:rPr>
          <w:rFonts w:cs="Arial" w:ascii="Arial" w:hAnsi="Arial"/>
          <w:color w:val="5A4330"/>
          <w:rtl w:val="1"/>
        </w:rPr>
        <w:t>מתחו קו בין המושג להסבר שלו (נקודה לכל התאמה).</w:t>
      </w:r>
    </w:p>
    <w:p>
      <w:pPr>
        <w:bidi w:val="1"/>
        <w:jc w:val="right"/>
      </w:pPr>
      <w:r>
        <w:rPr>
          <w:rFonts w:cs="Arial" w:ascii="Arial" w:hAnsi="Arial"/>
          <w:b/>
          <w:rtl w:val="1"/>
          <w:bCs/>
        </w:rPr>
        <w:t xml:space="preserve">🧺 בנק מילים: </w:t>
      </w:r>
      <w:r>
        <w:rPr>
          <w:rFonts w:cs="Arial" w:ascii="Arial" w:hAnsi="Arial"/>
          <w:rtl w:val="1"/>
        </w:rPr>
        <w:t>נאורות · אמנציפציה · עיור · מעמד הפועלים · משכילים · המאסף</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נאורות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מתן שוויון זכויות ליהודים.</w:t>
            </w:r>
          </w:p>
        </w:tc>
      </w:tr>
      <w:tr>
        <w:tc>
          <w:tcPr>
            <w:tcW w:type="dxa" w:w="3364"/>
          </w:tcPr>
          <w:p>
            <w:pPr>
              <w:bidi w:val="1"/>
              <w:jc w:val="right"/>
            </w:pPr>
            <w:r>
              <w:rPr>
                <w:rFonts w:cs="Arial" w:ascii="Arial" w:hAnsi="Arial"/>
                <w:rtl w:val="1"/>
              </w:rPr>
              <w:t>2. אמנציפציה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אנשים שעובדים במפעל תמורת שכר.</w:t>
            </w:r>
          </w:p>
        </w:tc>
      </w:tr>
      <w:tr>
        <w:tc>
          <w:tcPr>
            <w:tcW w:type="dxa" w:w="3364"/>
          </w:tcPr>
          <w:p>
            <w:pPr>
              <w:bidi w:val="1"/>
              <w:jc w:val="right"/>
            </w:pPr>
            <w:r>
              <w:rPr>
                <w:rFonts w:cs="Arial" w:ascii="Arial" w:hAnsi="Arial"/>
                <w:rtl w:val="1"/>
              </w:rPr>
              <w:t>3. עיור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תנועה במאה ה-18 שהאמינה בשכל ובזכויות האדם.</w:t>
            </w:r>
          </w:p>
        </w:tc>
      </w:tr>
      <w:tr>
        <w:tc>
          <w:tcPr>
            <w:tcW w:type="dxa" w:w="3364"/>
          </w:tcPr>
          <w:p>
            <w:pPr>
              <w:bidi w:val="1"/>
              <w:jc w:val="right"/>
            </w:pPr>
            <w:r>
              <w:rPr>
                <w:rFonts w:cs="Arial" w:ascii="Arial" w:hAnsi="Arial"/>
                <w:rtl w:val="1"/>
              </w:rPr>
              <w:t>4. מעמד הפועלים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עיתון בעברית של תנועת ההשכלה.</w:t>
            </w:r>
          </w:p>
        </w:tc>
      </w:tr>
      <w:tr>
        <w:tc>
          <w:tcPr>
            <w:tcW w:type="dxa" w:w="3364"/>
          </w:tcPr>
          <w:p>
            <w:pPr>
              <w:bidi w:val="1"/>
              <w:jc w:val="right"/>
            </w:pPr>
            <w:r>
              <w:rPr>
                <w:rFonts w:cs="Arial" w:ascii="Arial" w:hAnsi="Arial"/>
                <w:rtl w:val="1"/>
              </w:rPr>
              <w:t>5. משכילים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מעבר של אנשים רבים מהכפר לעיר.</w:t>
            </w:r>
          </w:p>
        </w:tc>
      </w:tr>
      <w:tr>
        <w:tc>
          <w:tcPr>
            <w:tcW w:type="dxa" w:w="3364"/>
          </w:tcPr>
          <w:p>
            <w:pPr>
              <w:bidi w:val="1"/>
              <w:jc w:val="right"/>
            </w:pPr>
            <w:r>
              <w:rPr>
                <w:rFonts w:cs="Arial" w:ascii="Arial" w:hAnsi="Arial"/>
                <w:rtl w:val="1"/>
              </w:rPr>
              <w:t>6. המאסף</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יהודים שרצו לשלב לימודים כלליים עם המסורת.</w:t>
            </w:r>
          </w:p>
        </w:tc>
      </w:tr>
    </w:tbl>
    <w:p/>
    <w:p>
      <w:r>
        <w:br w:type="page"/>
      </w:r>
    </w:p>
    <w:p>
      <w:pPr>
        <w:pStyle w:val="Heading1"/>
        <w:bidi w:val="1"/>
        <w:jc w:val="right"/>
      </w:pPr>
      <w:r>
        <w:rPr>
          <w:rFonts w:cs="Arial" w:ascii="Arial" w:hAnsi="Arial"/>
          <w:b/>
          <w:color w:val="7B1E2B"/>
          <w:sz w:val="38"/>
          <w:rtl w:val="1"/>
          <w:bCs/>
          <w:szCs w:val="38"/>
        </w:rPr>
        <w:t>חלק ב׳ – מיומנויות: ציר זמן וניתוח מקור</w:t>
      </w:r>
    </w:p>
    <w:p>
      <w:pPr>
        <w:bidi w:val="1"/>
        <w:jc w:val="right"/>
      </w:pPr>
      <w:r>
        <w:rPr>
          <w:rFonts w:cs="Arial" w:ascii="Arial" w:hAnsi="Arial"/>
          <w:color w:val="5A4330"/>
          <w:rtl w:val="1"/>
        </w:rPr>
        <w:t>בחלק הזה תסדרו אירועים לפי הזמן ותקראו קטע מקור (21 נקודות).</w:t>
      </w:r>
    </w:p>
    <w:p>
      <w:pPr>
        <w:pStyle w:val="Heading2"/>
        <w:bidi w:val="1"/>
        <w:jc w:val="right"/>
      </w:pPr>
      <w:r>
        <w:rPr>
          <w:rFonts w:cs="Arial" w:ascii="Arial" w:hAnsi="Arial"/>
          <w:b/>
          <w:color w:val="1F3B5A"/>
          <w:sz w:val="32"/>
          <w:rtl w:val="1"/>
          <w:bCs/>
          <w:szCs w:val="32"/>
        </w:rPr>
        <w:t>ציר זמן (6 נק׳)</w:t>
      </w:r>
    </w:p>
    <w:p>
      <w:pPr>
        <w:bidi w:val="1"/>
        <w:jc w:val="right"/>
      </w:pPr>
      <w:r>
        <w:rPr>
          <w:rFonts w:cs="Arial" w:ascii="Arial" w:hAnsi="Arial"/>
          <w:color w:val="5A4330"/>
          <w:rtl w:val="1"/>
        </w:rPr>
        <w:t>סדרו את האירועים לפי השנים, מהמוקדם למאוחר. השנים כתובות ליד כל אירוע (נקודה לכל אירוע).</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ג'יימס וואט משפר את מנוע הקיטור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נפתלי הרץ ויזל כותב את "דברי שלום ואמת"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המהפכה הצרפתית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יהודי צרפת מקבלים שוויון זכויות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נפתחת מסילת רכבת בין ליברפול למנצ'סטר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מונטסקייה כותב את "רוח החוקים"</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32"/>
          <w:rtl w:val="1"/>
          <w:bCs/>
          <w:szCs w:val="32"/>
        </w:rPr>
        <w:t>קטע מקור: "העזו לדעת!" (15 נק׳)</w:t>
      </w:r>
    </w:p>
    <w:p>
      <w:pPr>
        <w:bidi w:val="1"/>
        <w:jc w:val="right"/>
      </w:pPr>
      <w:r>
        <w:rPr>
          <w:rFonts w:cs="Arial" w:ascii="Arial" w:hAnsi="Arial"/>
          <w:color w:val="5A4330"/>
          <w:rtl w:val="1"/>
        </w:rPr>
        <w:t>קראו את הקטע וענו על השאלות (5 נקודות לכל שאלה).</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פי רעיונותיו של עמנואל קאנט, במאמר "מהי נאורות?" (1784)</w:t>
      </w:r>
    </w:p>
    <w:p>
      <w:pPr>
        <w:bidi w:val="1"/>
        <w:jc w:val="right"/>
      </w:pPr>
      <w:r>
        <w:rPr>
          <w:rFonts w:cs="Arial" w:ascii="Arial" w:hAnsi="Arial"/>
          <w:rtl w:val="1"/>
        </w:rPr>
        <w:t>הפילוסוף עמנואל קאנט כתב: "מהי נאורות? נאורות היא כשהאדם מפסיק להיות כמו ילד קטן, שאחרים מחליטים בשבילו. הרבה אנשים מפחדים לחשוב לבד. הם נותנים לאחרים לחשוב במקומם. אבל לכל אדם יש שכל. צריך רק אומץ להשתמש בו. לכן אני אומר: העזו לדעת! השתמשו בשכל שלכם!"</w:t>
      </w:r>
    </w:p>
    <w:p>
      <w:pPr>
        <w:bidi w:val="1"/>
        <w:jc w:val="right"/>
      </w:pPr>
      <w:r>
        <w:rPr>
          <w:rFonts w:cs="Arial" w:ascii="Arial" w:hAnsi="Arial"/>
          <w:b/>
          <w:rtl w:val="1"/>
          <w:bCs/>
        </w:rPr>
        <w:t>10. לפי קאנט, מה אנשים רבים מפחדים לעשות?</w:t>
        <w:br/>
        <w:t>התחילו כך: לפי קאנט, אנשים רבים מפחדים...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11. מה צריך האדם כדי להשתמש בשכל שלו, לפי הקטע?</w:t>
        <w:br/>
        <w:t>התחילו כך: לפי הקטע, האדם צריך...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12. הסבירו במילים שלכם את הקריאה "העזו לדעת!". תנו דוגמה מהחיים שלכם.</w:t>
        <w:br/>
        <w:t>התחילו כך: "העזו לדעת" פירושו...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r>
        <w:br w:type="page"/>
      </w:r>
    </w:p>
    <w:p>
      <w:pPr>
        <w:pStyle w:val="Heading1"/>
        <w:bidi w:val="1"/>
        <w:jc w:val="right"/>
      </w:pPr>
      <w:r>
        <w:rPr>
          <w:rFonts w:cs="Arial" w:ascii="Arial" w:hAnsi="Arial"/>
          <w:b/>
          <w:color w:val="7B1E2B"/>
          <w:sz w:val="38"/>
          <w:rtl w:val="1"/>
          <w:bCs/>
          <w:szCs w:val="38"/>
        </w:rPr>
        <w:t>חלק ג׳ – הבנה וכתיבה</w:t>
      </w:r>
    </w:p>
    <w:p>
      <w:pPr>
        <w:bidi w:val="1"/>
        <w:jc w:val="right"/>
      </w:pPr>
      <w:r>
        <w:rPr>
          <w:rFonts w:cs="Arial" w:ascii="Arial" w:hAnsi="Arial"/>
          <w:color w:val="5A4330"/>
          <w:rtl w:val="1"/>
        </w:rPr>
        <w:t>בחלק הזה 4 שאלות קצרות וחיבור מודרך אחד לבחירתכם (38 נקודות).</w:t>
      </w:r>
    </w:p>
    <w:p>
      <w:pPr>
        <w:pStyle w:val="Heading2"/>
        <w:bidi w:val="1"/>
        <w:jc w:val="right"/>
      </w:pPr>
      <w:r>
        <w:rPr>
          <w:rFonts w:cs="Arial" w:ascii="Arial" w:hAnsi="Arial"/>
          <w:b/>
          <w:color w:val="1F3B5A"/>
          <w:sz w:val="32"/>
          <w:rtl w:val="1"/>
          <w:bCs/>
          <w:szCs w:val="32"/>
        </w:rPr>
        <w:t>סיבה ותוצאה (10 נק׳)</w:t>
      </w:r>
    </w:p>
    <w:p>
      <w:pPr>
        <w:bidi w:val="1"/>
        <w:jc w:val="right"/>
      </w:pPr>
      <w:r>
        <w:rPr>
          <w:rFonts w:cs="Arial" w:ascii="Arial" w:hAnsi="Arial"/>
          <w:color w:val="5A4330"/>
          <w:rtl w:val="1"/>
        </w:rPr>
        <w:t>ענו על שתי השאלות. היעזרו בבנק המילים (5 נקודות לכל שאלה).</w:t>
      </w:r>
    </w:p>
    <w:p>
      <w:pPr>
        <w:bidi w:val="1"/>
        <w:jc w:val="right"/>
      </w:pPr>
      <w:r>
        <w:rPr>
          <w:rFonts w:cs="Arial" w:ascii="Arial" w:hAnsi="Arial"/>
          <w:b/>
          <w:rtl w:val="1"/>
          <w:bCs/>
        </w:rPr>
        <w:t xml:space="preserve">🧺 בנק מילים: </w:t>
      </w:r>
      <w:r>
        <w:rPr>
          <w:rFonts w:cs="Arial" w:ascii="Arial" w:hAnsi="Arial"/>
          <w:rtl w:val="1"/>
        </w:rPr>
        <w:t>מפעלים · עבודה · שכר · צפיפות · המהפכה הצרפתית · שווים · מקצוע · ללמוד</w:t>
      </w:r>
    </w:p>
    <w:p>
      <w:pPr>
        <w:bidi w:val="1"/>
        <w:jc w:val="right"/>
      </w:pPr>
      <w:r>
        <w:rPr>
          <w:rFonts w:cs="Arial" w:ascii="Arial" w:hAnsi="Arial"/>
          <w:b/>
          <w:rtl w:val="1"/>
          <w:bCs/>
        </w:rPr>
        <w:t>13. למה עברו אנשים רבים מהכפר לעיר בזמן המהפכה התעשייתית? ומה קרה לערים בגלל זה?</w:t>
        <w:br/>
        <w:t>התחילו כך: אנשים עברו לעיר כי... בגלל זה הערים...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14. למה קיבלו היהודים בצרפת שוויון זכויות? ומה השתנה בחיים שלהם?</w:t>
        <w:br/>
        <w:t>התחילו כך: היהודים קיבלו שוויון זכויות כי... אחרי זה הם יכלו...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pStyle w:val="Heading2"/>
        <w:bidi w:val="1"/>
        <w:jc w:val="right"/>
      </w:pPr>
      <w:r>
        <w:rPr>
          <w:rFonts w:cs="Arial" w:ascii="Arial" w:hAnsi="Arial"/>
          <w:b/>
          <w:color w:val="1F3B5A"/>
          <w:sz w:val="32"/>
          <w:rtl w:val="1"/>
          <w:bCs/>
          <w:szCs w:val="32"/>
        </w:rPr>
        <w:t>הסבר עם דוגמה (10 נק׳)</w:t>
      </w:r>
    </w:p>
    <w:p>
      <w:pPr>
        <w:bidi w:val="1"/>
        <w:jc w:val="right"/>
      </w:pPr>
      <w:r>
        <w:rPr>
          <w:rFonts w:cs="Arial" w:ascii="Arial" w:hAnsi="Arial"/>
          <w:color w:val="5A4330"/>
          <w:rtl w:val="1"/>
        </w:rPr>
        <w:t>ענו על שתי השאלות. היעזרו בבנק המילים (5 נקודות לכל שאלה).</w:t>
      </w:r>
    </w:p>
    <w:p>
      <w:pPr>
        <w:bidi w:val="1"/>
        <w:jc w:val="right"/>
      </w:pPr>
      <w:r>
        <w:rPr>
          <w:rFonts w:cs="Arial" w:ascii="Arial" w:hAnsi="Arial"/>
          <w:b/>
          <w:rtl w:val="1"/>
          <w:bCs/>
        </w:rPr>
        <w:t xml:space="preserve">🧺 בנק מילים: </w:t>
      </w:r>
      <w:r>
        <w:rPr>
          <w:rFonts w:cs="Arial" w:ascii="Arial" w:hAnsi="Arial"/>
          <w:rtl w:val="1"/>
        </w:rPr>
        <w:t>לימודים כלליים · מנדלסון · ויזל · כל הכוח · סובלנות · יוסף השני</w:t>
      </w:r>
    </w:p>
    <w:p>
      <w:pPr>
        <w:bidi w:val="1"/>
        <w:jc w:val="right"/>
      </w:pPr>
      <w:r>
        <w:rPr>
          <w:rFonts w:cs="Arial" w:ascii="Arial" w:hAnsi="Arial"/>
          <w:b/>
          <w:rtl w:val="1"/>
          <w:bCs/>
        </w:rPr>
        <w:t>15. הסבירו מה רצו המשכילים לשנות בחינוך היהודי. תנו דוגמה אחת.</w:t>
        <w:br/>
        <w:t>התחילו כך: המשכילים רצו ש... לדוגמה...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b/>
          <w:rtl w:val="1"/>
          <w:bCs/>
        </w:rPr>
        <w:t>16. הסבירו מה זה "עריץ נאור". תנו דוגמה לשליט כזה.</w:t>
        <w:br/>
        <w:t>התחילו כך: עריץ נאור הוא שליט ש... דוגמה:... (5 נק׳)</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pStyle w:val="Heading2"/>
        <w:bidi w:val="1"/>
        <w:jc w:val="right"/>
      </w:pPr>
      <w:r>
        <w:rPr>
          <w:rFonts w:cs="Arial" w:ascii="Arial" w:hAnsi="Arial"/>
          <w:b/>
          <w:color w:val="1F3B5A"/>
          <w:sz w:val="32"/>
          <w:rtl w:val="1"/>
          <w:bCs/>
          <w:szCs w:val="32"/>
        </w:rPr>
        <w:t>חיבור מודרך (18 נק׳)</w:t>
      </w:r>
    </w:p>
    <w:p>
      <w:pPr>
        <w:bidi w:val="1"/>
        <w:jc w:val="right"/>
      </w:pPr>
      <w:r>
        <w:rPr>
          <w:rFonts w:cs="Arial" w:ascii="Arial" w:hAnsi="Arial"/>
          <w:color w:val="5A4330"/>
          <w:rtl w:val="1"/>
        </w:rPr>
        <w:t>בחרו שאלה אחת וכתבו לפי השלבים (18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(השוואה): חיבור מודרך: האמנציפציה וההשכלה.</w:t>
        <w:br/>
        <w:t>כתבו 5–6 משפטים לפי הסדר:</w:t>
        <w:br/>
        <w:t>1. מה זו אמנציפציה?</w:t>
        <w:br/>
        <w:t>2. מה זו ההשכלה?</w:t>
        <w:br/>
        <w:t>3. דבר אחד דומה בין שתיהן.</w:t>
        <w:br/>
        <w:t>4. דבר אחד שונה בין שתיהן.</w:t>
        <w:br/>
        <w:t>5. משפט סיכום.</w:t>
        <w:br/>
        <w:t>משפטי עזר: "האמנציפציה היא..." · "ההשכלה היא..." · "שתיהן..." · "ההבדל הוא ש..." · "לסיכום..."</w:t>
      </w:r>
    </w:p>
    <w:p>
      <w:pPr>
        <w:bidi w:val="1"/>
        <w:jc w:val="right"/>
      </w:pPr>
      <w:r>
        <w:rPr>
          <w:rFonts w:cs="Arial" w:ascii="Arial" w:hAnsi="Arial"/>
          <w:rtl w:val="1"/>
        </w:rPr>
        <w:t>◯ שאלה ב (סיבה ותוצאה): חיבור מודרך: המהפכה התעשייתית.</w:t>
        <w:br/>
        <w:t>כתבו 5–6 משפטים לפי הסדר:</w:t>
        <w:br/>
        <w:t>1. איפה ומתי התחילה המהפכה התעשייתית?</w:t>
        <w:br/>
        <w:t>2. סיבה אחת שבגללה התחילה שם.</w:t>
        <w:br/>
        <w:t>3. המצאה אחת חשובה.</w:t>
        <w:br/>
        <w:t>4. שתי תוצאות: אחת לכלכלה ואחת לחיי האנשים.</w:t>
        <w:br/>
        <w:t>5. משפט סיכום.</w:t>
        <w:br/>
        <w:t>משפטי עזר: "המהפכה התעשייתית התחילה ב..." · "אחת הסיבות היא..." · "המצאה חשובה היא..." · "בעקבות המהפכה..." · "לסיכום..."</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p>
      <w:pPr>
        <w:bidi w:val="1"/>
        <w:jc w:val="right"/>
      </w:pPr>
      <w:r>
        <w:rPr>
          <w:rFonts w:cs="Arial" w:ascii="Arial" w:hAnsi="Arial"/>
          <w:color w:val="969696"/>
          <w:rtl w:val="1"/>
        </w:rPr>
        <w:t>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8"/>
      <w:szCs w:val="28"/>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