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מבחן: נאורות, אמנציפציה, מהפכה תעשייתית והשכלה – גרסה א׳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העת החדשה באירופה ובעולם היהודי, המאות ה-18–19 · כיתות ט׳–י״א · 90 דקות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תלמיד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הוראות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משך המבחן: 90 דקות. קראו כל שאלה עד הסוף לפני שאתם עונים.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המבחן כולל שלושה חלקים. עליכם לענות על כל השאלות בחלקים א׳ וב׳, ועל כל השאלות בחלק ג׳ – למעט שאלת החיבור, שבה בוחרים נושא אחד מתוך שניים.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בשאלות רב-ברירה הקיפו תשובה אחת בלבד.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בשאלות פתוחות כתבו בשפה ברורה, בסדר הגיוני, והביאו דוגמאות היסטוריות מדויקות.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מספר הנקודות מופיע ליד כל שאלה. סך הכול: 100 נקודות. בהצלחה!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⏱️ תכנון זמן מומלץ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שלב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דקות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א׳ – ידע ומושגים (רב-ברירה, נכון/לא נכון, זיהוי מושגים)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25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ב׳ – ציר זמן וניתוח מקור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ג׳ – שאלות סיבה ותוצאה והסבר עם דוגמה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ג׳ – שאלת חיבור (בחירה אחת מתוך שתיים)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בדיקה חוזרת של התשובות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א׳ – ידע ומושגים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26 שאלות קצרות על ארבעת הנושאים. ענו על כולן (44 נקודות).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שאלות רב-ברירה (24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הקיפו את התשובה הנכונה ביותר (2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 היה הרעיון המרכזי שעמד בבסיס תנועת הנאורות?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שיש לקבל כל מסורת בלי לשאול שאלות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שהשכל האנושי מסוגל להבין את העולם ולשפר את החברה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שהמלך מקבל את סמכותו מן האל ולכן אין להגבילו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שרק אנשי הכנסייה רשאים לעסוק במדע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ההוגה מונטסקייה טען בספרו "רוח החוקים" (1748) כי כדי למנוע עריצות יש: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להפריד בין הרשות המחוקקת, המבצעת והשופטת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לרכז את כל הסמכויות בידי שליט נאור אחד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לבטל את כל החוקים ולחזור למצב הטבעי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למסור את השלטון לידי הכנסייה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"עריצות נאורה" (אבסולוטיזם נאור) פירושה: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שלטון העם באמצעות נציגים נבחרים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מהפכה עממית נגד המלך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שלטון של אנשי דת ברוח המסורת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שליט בעל סמכות מלאה שמנהיג רפורמות ברוח רעיונות הנאורות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באיזו מדינה העניקה האספה הלאומית שוויון זכויות מלא ליהודים כבר בשנים 1790–1791?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אנגליה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רוסיה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צרפת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פרוסיה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מה הייתה מטרתו העיקרית של נפוליאון בכינוס "הסנהדרין הגדולה" בשנת 1807?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להקים מדינה יהודית בארץ ישראל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לקבל אישור דתי לכך שהיהודים רואים בצרפת את מולדתם ונאמנים לחוקיה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לבטל את השוויון שקיבלו היהודים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לגרש את היהודים מצרפת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מה היה ה"תנאי" העיקרי שעמד מאחורי הענקת האמנציפציה ליהודים במדינות רבות?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ויתור על האוטונומיה הקהילתית והשתלבות כאזרחים נאמנים במדינה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מעבר כל היהודים לדת הנוצרית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הגירה לארץ ישראל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תשלום מס מיוחד לשליט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באיזו מדינה החלה המהפכה התעשייתית, במחצית השנייה של המאה ה-18?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צרפת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ארצות הברית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רוסיה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בריטניה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איזו המצאה נחשבת ל"מנוע" המרכזי של המהפכה התעשייתית, מפני שאפשרה להפעיל מכונות בכל מקום?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המצפן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מכונת הדפוס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מנוע הקיטור המשופר של ג'יימס וואט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טחנת הרוח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מה הייתה אחת התוצאות החברתיות הבולטות של המהפכה התעשייתית?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חזרה של רוב האוכלוסייה לעבודה בחקלאות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עיור מהיר והיווצרות מעמד הפועלים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ביטול מוחלט של עבודת ילדים כבר בתחילתה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היעלמות הערים הגדולות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מי נחשב ל"אבי תנועת ההשכלה" היהודית?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משה מנדלסון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ג'יימס וואט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נפוליאון בונפרטה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ז'אן-ז'אק רוסו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11. מה הייתה מטרתו של תרגום התורה לגרמנית (באותיות עבריות) עם פירוש ה"ביאור"?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להחליף את לימוד התורה בלימוד מדעים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לשכנע נוצרים להתגייר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לבטל את השפה העברית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ללמד יהודים גרמנית תקנית ולקרב אותם לתרבות הסביבה, תוך לימוד התורה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12. מדוע התנגדו רבנים ומנהיגי קהילות רבים לתנועת ההשכלה?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הם רצו שהיהודים ילמדו רק מדעים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הם תמכו בביטול לימוד התלמוד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הם חששו שהלימודים הכלליים יובילו לעזיבת המסורת ולהתבוללות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הם דרשו להשתמש רק בשפה הגרמנית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נכון או לא נכון (12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סמנו נכון או לא נכון. אם המשפט אינו נכון – תקנו אותו (2 נקודות לכל משפט).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#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משפט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נכון /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תיקון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עמנואל קאנט הגדיר את הנאורות כ"יציאת האדם מן הקטנות שהוא אשם בה בעצמו", וקרא: "העזו לדעת!"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ז'אן-ז'אק רוסו טען בספרו "האמנה החברתית" שהשלטון שייך לאל ולמלך בלבד.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בגרמניה המאוחדת הושלמה האמנציפציה של היהודים בשנת 1871.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ברוסיה הצארית קיבלו היהודים שוויון זכויות מלא כבר בתחילת המאה ה-19.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קו הרכבת הראשון לנוסעים בין ליברפול למנצ'סטר נפתח בשנת 1830.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נפתלי הרץ ויזל קרא בחיבורו "דברי שלום ואמת" (1782) להפסיק לגמרי את לימוד התורה.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זיהוי מושגים (8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התאימו כל הגדרה למושג המתאים (נקודה לכל התאמה נכונה).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אות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הגדרה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1. זכויות טבעיות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א. ריכוז פועלים ומכונות במבנה אחד, עבודה לפי שעון וחלוקת עבודה בין שלבי הייצור.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2. האנציקלופדיה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ב. מפעל ספרותי צרפתי בעריכת דידרו ושותפיו, שריכז ידע מדעי ומעשי ברוח הביקורת והתבונה.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3. אמנציפציה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ג. זכויות שכל אדם נולד איתן – כמו הזכות לחיים, לחירות ולקניין – ואין שלטון רשאי לשלול אותן.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4. כתב הסובלנות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ד. מתן שוויון זכויות אזרחי ומשפטי לקבוצה שקודם לכן הופלתה – במיוחד ליהודים באירופה.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5. עיור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ה. צו שפרסם יוסף השני בשנים 1781–1782, שהקל על מצב היהודים בממלכתו אך דרש מהם שינויים בחינוך ובשפה.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6. שיטת המפעל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ו. מעבר המוני של אנשים מן הכפר אל העיר וגידול מהיר של הערים.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7. משכילים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ז. יהודים שדגלו בשילוב השכלה כללית ותרבות אירופית עם המורשת היהודית, ובחידוש השפה העברית.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8. המאסף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ח. כתב העת העברי הראשון של תנועת ההשכלה, שהחל לצאת בקניגסברג בשנים 1783–1784.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ב׳ – מיומנויות: ציר זמן וניתוח מקור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תסדרו אירועים לפי סדר הזמן ותנתחו מקור היסטורי (24 נקודות).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ציר זמן (8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סדרו את שמונת האירועים לפי סדר התרחשותם, מן המוקדם למאוחר (נקודה לכל אירוע במקומו הנכון).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אירוע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מספר בסדר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נפתלי הרץ ויזל מפרסם את "דברי שלום ואמת"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הכרזת העצמאות של ארצות הברית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האספה הלאומית בצרפת מעניקה שוויון זכויות לכל יהודי צרפת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פתיחת מסילת הרכבת ליברפול–מנצ'סטר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מונטסקייה מפרסם את "רוח החוקים"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ג'יימס וואט מקבל פטנט על שיפור מנוע הקיטור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נפוליאון מכנס את "אספת הנכבדים" היהודית בפריז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ג'ון לוק מפרסם את "שתי מסות על הממשל" ובהן רעיון הזכויות הטבעיות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ניתוח מקור: "לתת להם הכול – כאזרחים" (16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קראו את המקור וענו על כל השאלות (4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📜 </w:t>
      </w:r>
      <w:r>
        <w:rPr>
          <w:rFonts w:cs="Arial" w:ascii="Arial" w:hAnsi="Arial"/>
          <w:color w:val="1F3B5A"/>
          <w:rtl w:val="1"/>
        </w:rPr>
        <w:t>מקור מעובד לתרגול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על פי רעיונותיו של הרוזן סטניסלס דה קלרמון-טונר, בנאום באספה הלאומית בצרפת (1789)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נציג באספה הלאומית בצרפת, סוף 1789: "אומרים לנו שהיהודים הם עם נפרד, שיש להם שופטים וחוקים משלהם. אני משיב: אם הם רוצים להיות אומה בתוך אומה – אין לתת להם דבר. אבל אם הם רוצים להיות אזרחים – יש לתת להם הכול. כל יהודי, כאדם יחיד, זכאי לאותן זכויות שיש לכל אזרח: לבחור, להחזיק ברכוש, לעסוק בכל מקצוע. בתמורה, עליו להיות נאמן לחוקי המדינה בלבד, ולא לבתי דין נפרדים. לא ייתכן שבמדינה אחת יהיו אזרחים שאינם כפופים לאותו חוק. אם יסרבו לכך – יבחרו בעצמם לעמוד מחוץ לחברה."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13. על פי המקור, מה מציע הנואם לתת ליהודים, ומה הוא דורש מהם בתמורה?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14. הסבירו את הביטוי "אומה בתוך אומה" והסבירו מדוע הוא הטריד את תומכי השוויון בצרפת.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15. קשרו את המקור לרעיונות הנאורות. ציינו רעיון אחד של הנאורות שבא לידי ביטוי בדברי הנואם והסבירו.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16. האם לדעתכם ה"עסקה" שמציע הנואם הייתה הוגנת כלפי היהודים? נמקו את עמדתכם בעזרת המקור ובעזרת הידע שלכם.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ג׳ – הבנה וכתיבה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תענו על ארבע שאלות קצרות ועל שאלת חיבור אחת לבחירתכם (32 נקודות).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סיבה ותוצאה (8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ענו על שתי השאלות (4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17. הסבירו שתי סיבות לכך שהמהפכה התעשייתית פרצה דווקא בבריטניה.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18. כתב הסובלנות של יוסף השני (1781–1782) היה אחת הסיבות להתפתחות תנועת ההשכלה. הסבירו את הקשר בין השניים, וציינו תוצאה אחת של הקשר הזה.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הסבר עם דוגמה (8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ענו על שתי השאלות (4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19. "הנאורות השפיעה על מהפכות פוליטיות של סוף המאה ה-18." הסבירו את הטענה והביאו דוגמה אחת.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20. הסבירו מהו "מעמד הפועלים" שנוצר בעקבות המהפכה התעשייתית, והביאו דוגמה לבעיה שעמה התמודדו הפועלים.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שאלת חיבור (16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בחרו אחת משתי השאלות וכתבו חיבור של 8–12 שורות לפחות: פתיחה עם טענה, הסבר, דוגמאות היסטוריות מדויקות וסיכום (16 נקודות).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בחרו שאלה אחת וענו עליה.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שאלה א (השוואה): השוו בין האמנציפציה לבין תנועת ההשכלה: הציגו שני קווי דמיון ושני הבדלים ביניהן.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שאלה ב (הערכה): "האמנציפציה לא קיימה את כל מה שהבטיחה ליהודים." הביעו את עמדתכם לגבי הטענה ונמקו אותה בעזרת דוגמאות מן המאה ה-19.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✂ רגע אחרי המבחן: השאלה שהכי הצלחתי בה: ________ · נושא שארצה לחזור עליו: ____________</w:t>
            </w:r>
          </w:p>
        </w:tc>
      </w:tr>
    </w:tbl>
    <w:p/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